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pPr>
      <w:r>
        <w:rPr>
          <w:b/>
          <w:sz w:val="32"/>
        </w:rPr>
        <w:t>Convocation à l'assemblée générale</w:t>
      </w:r>
    </w:p>
    <w:p>
      <w:pPr>
        <w:spacing w:after="120"/>
      </w:pPr>
      <w:r>
        <w:rPr>
          <w:i/>
          <w:color w:val="595959"/>
          <w:sz w:val="20"/>
        </w:rPr>
        <w:t>Association régie par la loi du 1er juillet 1901. Vos statuts fixent qui convoque, dans quel délai et sous quelle forme. Reportez ces règles avant l'envoi et gardez une preuve de la date d'envoi. Les mentions entre crochets sont à compléter ou à supprimer.</w:t>
      </w:r>
    </w:p>
    <w:p>
      <w:pPr>
        <w:spacing w:after="80"/>
      </w:pPr>
      <w:r>
        <w:rPr>
          <w:b/>
        </w:rPr>
        <w:t xml:space="preserve">Association : </w:t>
      </w:r>
      <w:r>
        <w:t>[nom], siège : [adresse], n° RNA : [W…]</w:t>
      </w:r>
    </w:p>
    <w:p>
      <w:pPr>
        <w:spacing w:after="80"/>
      </w:pPr>
      <w:r>
        <w:rPr>
          <w:b/>
        </w:rPr>
        <w:t xml:space="preserve">À l'attention de : </w:t>
      </w:r>
      <w:r>
        <w:t>[prénom NOM du membre]</w:t>
      </w:r>
    </w:p>
    <w:p>
      <w:pPr>
        <w:spacing w:after="80"/>
      </w:pPr>
      <w:r>
        <w:rPr>
          <w:b/>
        </w:rPr>
        <w:t xml:space="preserve">Fait à : </w:t>
      </w:r>
      <w:r>
        <w:t>[lieu], le [JJ/MM/AAAA]</w:t>
      </w:r>
    </w:p>
    <w:p>
      <w:pPr>
        <w:spacing w:after="80"/>
      </w:pPr>
      <w:r>
        <w:rPr>
          <w:b/>
        </w:rPr>
        <w:t xml:space="preserve">Objet : </w:t>
      </w:r>
      <w:r>
        <w:t>convocation à l'assemblée générale [ordinaire / extraordinaire] du [JJ/MM/AAAA]</w:t>
      </w:r>
    </w:p>
    <w:p>
      <w:pPr>
        <w:keepNext/>
        <w:spacing w:after="120" w:before="240"/>
        <w:pBdr>
          <w:bottom w:val="single" w:color="BFBFBF" w:sz="6" w:space="2"/>
        </w:pBdr>
      </w:pPr>
      <w:r>
        <w:rPr>
          <w:b/>
          <w:sz w:val="24"/>
        </w:rPr>
        <w:t>Madame, Monsieur,</w:t>
      </w:r>
    </w:p>
    <w:p>
      <w:pPr>
        <w:spacing w:after="120"/>
      </w:pPr>
      <w:r>
        <w:t>Conformément à l'article [n°] des statuts, j'ai le plaisir de vous convoquer à l'assemblée générale [ordinaire / extraordinaire] de notre association, qui se tiendra :</w:t>
      </w:r>
    </w:p>
    <w:p>
      <w:pPr>
        <w:spacing w:after="80"/>
      </w:pPr>
      <w:r>
        <w:rPr>
          <w:b/>
        </w:rPr>
        <w:t xml:space="preserve">Date et heure : </w:t>
      </w:r>
      <w:r>
        <w:t>le [JJ/MM/AAAA] à [HHhMM]</w:t>
      </w:r>
    </w:p>
    <w:p>
      <w:pPr>
        <w:spacing w:after="80"/>
      </w:pPr>
      <w:r>
        <w:rPr>
          <w:b/>
        </w:rPr>
        <w:t xml:space="preserve">Lieu : </w:t>
      </w:r>
      <w:r>
        <w:t>[adresse] [ou lien de visioconférence, si les statuts le permettent]</w:t>
      </w:r>
    </w:p>
    <w:p>
      <w:pPr>
        <w:keepNext/>
        <w:spacing w:after="120" w:before="240"/>
        <w:pBdr>
          <w:bottom w:val="single" w:color="BFBFBF" w:sz="6" w:space="2"/>
        </w:pBdr>
      </w:pPr>
      <w:r>
        <w:rPr>
          <w:b/>
          <w:sz w:val="24"/>
        </w:rPr>
        <w:t>Ordre du jour</w:t>
      </w:r>
    </w:p>
    <w:p>
      <w:pPr>
        <w:pStyle w:val="ListBullet"/>
        <w:spacing w:after="60"/>
      </w:pPr>
      <w:r>
        <w:t>[Pour une assemblée ordinaire] Rapport moral du président</w:t>
      </w:r>
    </w:p>
    <w:p>
      <w:pPr>
        <w:pStyle w:val="ListBullet"/>
        <w:spacing w:after="60"/>
      </w:pPr>
      <w:r>
        <w:t>[Pour une assemblée ordinaire] Rapport financier et approbation des comptes de l'exercice [année]</w:t>
      </w:r>
    </w:p>
    <w:p>
      <w:pPr>
        <w:pStyle w:val="ListBullet"/>
        <w:spacing w:after="60"/>
      </w:pPr>
      <w:r>
        <w:t>[Pour une assemblée ordinaire] Montant de la cotisation [année]</w:t>
      </w:r>
    </w:p>
    <w:p>
      <w:pPr>
        <w:pStyle w:val="ListBullet"/>
        <w:spacing w:after="60"/>
      </w:pPr>
      <w:r>
        <w:t>[Pour une assemblée ordinaire] Élection ou renouvellement des membres du conseil d'administration</w:t>
      </w:r>
    </w:p>
    <w:p>
      <w:pPr>
        <w:pStyle w:val="ListBullet"/>
        <w:spacing w:after="60"/>
      </w:pPr>
      <w:r>
        <w:t>[Pour une assemblée extraordinaire] Modification des articles [n°] des statuts</w:t>
      </w:r>
    </w:p>
    <w:p>
      <w:pPr>
        <w:pStyle w:val="ListBullet"/>
        <w:spacing w:after="60"/>
      </w:pPr>
      <w:r>
        <w:t>[Pour une assemblée extraordinaire] Dissolution de l'association et dévolution de l'actif</w:t>
      </w:r>
    </w:p>
    <w:p>
      <w:pPr>
        <w:pStyle w:val="ListBullet"/>
        <w:spacing w:after="60"/>
      </w:pPr>
      <w:r>
        <w:t>Questions diverses (sans vote)</w:t>
      </w:r>
    </w:p>
    <w:p>
      <w:pPr>
        <w:spacing w:after="120"/>
      </w:pPr>
      <w:r>
        <w:rPr>
          <w:i/>
          <w:color w:val="595959"/>
          <w:sz w:val="20"/>
        </w:rPr>
        <w:t>Seuls les points inscrits à l'ordre du jour peuvent faire l'objet d'un vote. Supprimez les lignes qui ne vous concernent pas.</w:t>
      </w:r>
    </w:p>
    <w:p>
      <w:pPr>
        <w:keepNext/>
        <w:spacing w:after="120" w:before="240"/>
        <w:pBdr>
          <w:bottom w:val="single" w:color="BFBFBF" w:sz="6" w:space="2"/>
        </w:pBdr>
      </w:pPr>
      <w:r>
        <w:rPr>
          <w:b/>
          <w:sz w:val="24"/>
        </w:rPr>
        <w:t>Documents et conditions de participation</w:t>
      </w:r>
    </w:p>
    <w:p>
      <w:pPr>
        <w:spacing w:after="120"/>
      </w:pPr>
      <w:r>
        <w:t>Les documents utiles sont [joints à la présente / consultables au siège / disponibles à l'adresse : …].</w:t>
      </w:r>
    </w:p>
    <w:p>
      <w:pPr>
        <w:spacing w:after="120"/>
      </w:pPr>
      <w:r>
        <w:t>Peuvent voter les membres [à jour de leur cotisation au JJ/MM/AAAA / selon les statuts].</w:t>
      </w:r>
    </w:p>
    <w:p>
      <w:pPr>
        <w:spacing w:after="120"/>
      </w:pPr>
      <w:r>
        <w:t>Quorum exigé par les statuts : [règle]. [Si le quorum n'est pas atteint, une seconde assemblée se tiendra le JJ/MM/AAAA à HHhMM.]</w:t>
      </w:r>
    </w:p>
    <w:p>
      <w:pPr>
        <w:spacing w:after="120"/>
      </w:pPr>
      <w:r>
        <w:t>En cas d'empêchement, vous pouvez vous faire représenter par un autre membre au moyen du pouvoir ci-dessous[, dans la limite de N pouvoirs par membre].</w:t>
      </w:r>
    </w:p>
    <w:p>
      <w:pPr>
        <w:spacing w:after="120"/>
      </w:pPr>
      <w:r>
        <w:t>Je vous prie d'agréer, Madame, Monsieur, l'expression de mes salutations associatives.</w:t>
      </w:r>
    </w:p>
    <w:p>
      <w:pPr>
        <w:spacing w:after="80"/>
      </w:pPr>
      <w:r>
        <w:rPr>
          <w:b/>
        </w:rPr>
        <w:t xml:space="preserve">Signature : </w:t>
      </w:r>
      <w:r>
        <w:t>[prénom NOM], [président(e) ou personne habilitée par les statuts]</w:t>
      </w:r>
    </w:p>
    <w:p>
      <w:pPr>
        <w:keepNext/>
        <w:spacing w:after="120" w:before="240"/>
        <w:pBdr>
          <w:bottom w:val="single" w:color="BFBFBF" w:sz="6" w:space="2"/>
        </w:pBdr>
      </w:pPr>
      <w:r>
        <w:rPr>
          <w:b/>
          <w:sz w:val="24"/>
        </w:rPr>
        <w:t>Pouvoir à retourner avant le [JJ/MM/AAAA]</w:t>
      </w:r>
    </w:p>
    <w:p>
      <w:pPr>
        <w:spacing w:after="120"/>
      </w:pPr>
      <w:r>
        <w:t>Je soussigné(e) [prénom NOM], membre de l'association [nom], donne pouvoir à [prénom NOM], membre de l'association, pour me représenter à l'assemblée générale [ordinaire / extraordinaire] du [JJ/MM/AAAA], prendre part aux votes et signer tout document en mon nom.</w:t>
      </w:r>
    </w:p>
    <w:p>
      <w:pPr>
        <w:spacing w:after="120"/>
      </w:pPr>
      <w:r>
        <w:t>Fait à [lieu], le [JJ/MM/AAAA].</w:t>
      </w:r>
    </w:p>
    <w:tbl>
      <w:tblPr>
        <w:tblStyle w:val="TableGrid"/>
        <w:tblLook w:firstColumn="1" w:firstRow="1" w:lastColumn="0" w:lastRow="0" w:noHBand="0" w:noVBand="1" w:val="04A0"/>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819"/>
        <w:gridCol w:w="4819"/>
      </w:tblGrid>
      <w:tr>
        <w:tc>
          <w:tcPr>
            <w:tcW w:type="dxa" w:w="4819"/>
            <w:shd w:val="clear" w:color="auto" w:fill="F2F2F2"/>
            <w:tcMar>
              <w:top w:type="dxa" w:w="60"/>
              <w:left w:type="dxa" w:w="100"/>
              <w:bottom w:type="dxa" w:w="60"/>
              <w:right w:type="dxa" w:w="100"/>
            </w:tcMar>
          </w:tcPr>
          <w:p>
            <w:pPr>
              <w:spacing w:after="0"/>
            </w:pPr>
            <w:r/>
            <w:r>
              <w:rPr>
                <w:b/>
                <w:sz w:val="20"/>
              </w:rPr>
              <w:t>Signature du membre (précédée de « bon pour pouvoir »)</w:t>
            </w:r>
          </w:p>
        </w:tc>
        <w:tc>
          <w:tcPr>
            <w:tcW w:type="dxa" w:w="4819"/>
            <w:shd w:val="clear" w:color="auto" w:fill="F2F2F2"/>
            <w:tcMar>
              <w:top w:type="dxa" w:w="60"/>
              <w:left w:type="dxa" w:w="100"/>
              <w:bottom w:type="dxa" w:w="60"/>
              <w:right w:type="dxa" w:w="100"/>
            </w:tcMar>
          </w:tcPr>
          <w:p>
            <w:pPr>
              <w:spacing w:after="0"/>
            </w:pPr>
            <w:r/>
            <w:r>
              <w:rPr>
                <w:b/>
                <w:sz w:val="20"/>
              </w:rPr>
              <w:t>Signature du mandataire</w:t>
            </w:r>
          </w:p>
        </w:tc>
      </w:tr>
      <w:tr>
        <w:tc>
          <w:tcPr>
            <w:tcW w:type="dxa" w:w="4819"/>
            <w:tcMar>
              <w:top w:type="dxa" w:w="60"/>
              <w:left w:type="dxa" w:w="100"/>
              <w:bottom w:type="dxa" w:w="60"/>
              <w:right w:type="dxa" w:w="100"/>
            </w:tcMar>
          </w:tcPr>
          <w:p>
            <w:pPr>
              <w:spacing w:after="0"/>
            </w:pPr>
            <w:r/>
            <w:r>
              <w:rPr>
                <w:sz w:val="20"/>
              </w:rPr>
              <w:t>Nom :</w:t>
            </w:r>
          </w:p>
        </w:tc>
        <w:tc>
          <w:tcPr>
            <w:tcW w:type="dxa" w:w="4819"/>
            <w:tcMar>
              <w:top w:type="dxa" w:w="60"/>
              <w:left w:type="dxa" w:w="100"/>
              <w:bottom w:type="dxa" w:w="60"/>
              <w:right w:type="dxa" w:w="100"/>
            </w:tcMar>
          </w:tcPr>
          <w:p>
            <w:pPr>
              <w:spacing w:after="0"/>
            </w:pPr>
            <w:r/>
            <w:r>
              <w:rPr>
                <w:sz w:val="20"/>
              </w:rPr>
              <w:t>Nom :</w:t>
            </w:r>
          </w:p>
        </w:tc>
      </w:tr>
      <w:tr>
        <w:tc>
          <w:tcPr>
            <w:tcW w:type="dxa" w:w="4819"/>
            <w:tcMar>
              <w:top w:type="dxa" w:w="60"/>
              <w:left w:type="dxa" w:w="100"/>
              <w:bottom w:type="dxa" w:w="60"/>
              <w:right w:type="dxa" w:w="100"/>
            </w:tcMar>
          </w:tcPr>
          <w:p>
            <w:pPr>
              <w:spacing w:after="0"/>
            </w:pPr>
            <w:r/>
            <w:r>
              <w:rPr>
                <w:sz w:val="20"/>
              </w:rPr>
              <w:t>Signature :</w:t>
              <w:br/>
              <w:br/>
            </w:r>
          </w:p>
        </w:tc>
        <w:tc>
          <w:tcPr>
            <w:tcW w:type="dxa" w:w="4819"/>
            <w:tcMar>
              <w:top w:type="dxa" w:w="60"/>
              <w:left w:type="dxa" w:w="100"/>
              <w:bottom w:type="dxa" w:w="60"/>
              <w:right w:type="dxa" w:w="100"/>
            </w:tcMar>
          </w:tcPr>
          <w:p>
            <w:pPr>
              <w:spacing w:after="0"/>
            </w:pPr>
            <w:r/>
            <w:r>
              <w:rPr>
                <w:sz w:val="20"/>
              </w:rPr>
              <w:t>Signature :</w:t>
              <w:br/>
              <w:br/>
            </w:r>
          </w:p>
        </w:tc>
      </w:tr>
    </w:tbl>
    <w:p>
      <w:pPr>
        <w:spacing w:after="120"/>
      </w:pPr>
    </w:p>
    <w:sectPr w:rsidR="00FC693F" w:rsidRPr="0006063C" w:rsidSect="00034616">
      <w:footerReference w:type="default" r:id="rId9"/>
      <w:pgSz w:w="11906" w:h="16838"/>
      <w:pgMar w:top="1134" w:right="1134"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595959"/>
        <w:sz w:val="16"/>
      </w:rPr>
      <w:t>Modèle gratuit Gilbert · gilbert-assistant.fr/modeles · À adapter à vos statuts et à votre situation.</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eastAsia="Arial"/>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